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CE003" w14:textId="3F43E3E3" w:rsidR="003B6F88" w:rsidRDefault="00CF42A8" w:rsidP="00351036">
      <w:pPr>
        <w:jc w:val="center"/>
        <w:rPr>
          <w:b/>
          <w:bCs/>
        </w:rPr>
      </w:pPr>
      <w:r w:rsidRPr="00CF42A8">
        <w:rPr>
          <w:b/>
          <w:bCs/>
        </w:rPr>
        <w:t>FORMULARZ KONSULTACYJNY</w:t>
      </w:r>
    </w:p>
    <w:p w14:paraId="74AC0ED4" w14:textId="79B2DAE8" w:rsidR="00CF42A8" w:rsidRPr="00CF42A8" w:rsidRDefault="003B6F88" w:rsidP="003B6F88">
      <w:r>
        <w:rPr>
          <w:b/>
          <w:bCs/>
        </w:rPr>
        <w:t>Tytuł konsultacji:</w:t>
      </w:r>
      <w:r w:rsidR="002D3CD4" w:rsidRPr="002D3CD4">
        <w:t xml:space="preserve"> </w:t>
      </w:r>
      <w:r w:rsidR="002D3CD4" w:rsidRPr="002D3CD4">
        <w:t>Konsultacje społeczne projektu uchwały w sprawie zmiany                            Uchwały nr VIII/101/2015 Rady Miejskiej w Bielsku-Białej z dnia 26 maja 2015 r.</w:t>
      </w:r>
      <w:r w:rsidR="002D3CD4">
        <w:t xml:space="preserve"> </w:t>
      </w:r>
      <w:r w:rsidR="002D3CD4" w:rsidRPr="002D3CD4">
        <w:t>w  sprawie ustalenia strefy płatnego parkowania dla pojazdów samochodowych na drogach publicznych na obszarze miasta Bielska-Białej</w:t>
      </w:r>
      <w:r w:rsidR="002D3CD4">
        <w:t>.</w:t>
      </w:r>
      <w:r w:rsidR="00CF42A8" w:rsidRPr="00CF42A8">
        <w:br/>
      </w:r>
    </w:p>
    <w:p w14:paraId="2A94DF08" w14:textId="773244E1" w:rsidR="00CF42A8" w:rsidRDefault="00CF42A8" w:rsidP="00CF42A8">
      <w:pPr>
        <w:rPr>
          <w:b/>
          <w:bCs/>
          <w:sz w:val="22"/>
          <w:szCs w:val="22"/>
        </w:rPr>
      </w:pPr>
      <w:r w:rsidRPr="00967F02">
        <w:rPr>
          <w:b/>
          <w:bCs/>
          <w:sz w:val="22"/>
          <w:szCs w:val="22"/>
        </w:rPr>
        <w:t>1. Status osoby składającej opinię (</w:t>
      </w:r>
      <w:r w:rsidR="007611A1">
        <w:rPr>
          <w:b/>
          <w:bCs/>
          <w:sz w:val="22"/>
          <w:szCs w:val="22"/>
        </w:rPr>
        <w:t xml:space="preserve">pole </w:t>
      </w:r>
      <w:r w:rsidRPr="00967F02">
        <w:rPr>
          <w:b/>
          <w:bCs/>
          <w:sz w:val="22"/>
          <w:szCs w:val="22"/>
        </w:rPr>
        <w:t>obowiązkowe)</w:t>
      </w:r>
    </w:p>
    <w:p w14:paraId="3BB744D1" w14:textId="7FD25B62" w:rsidR="007611A1" w:rsidRPr="00967F02" w:rsidRDefault="007611A1" w:rsidP="00CF42A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Oświadczam, że:</w:t>
      </w:r>
    </w:p>
    <w:p w14:paraId="37546933" w14:textId="21365062" w:rsidR="00F71809" w:rsidRDefault="00000000" w:rsidP="00CF42A8">
      <w:sdt>
        <w:sdtPr>
          <w:rPr>
            <w:rFonts w:ascii="Segoe UI Symbol" w:hAnsi="Segoe UI Symbol" w:cs="Segoe UI Symbol"/>
            <w:sz w:val="28"/>
            <w:szCs w:val="28"/>
          </w:rPr>
          <w:id w:val="-1359044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803">
            <w:rPr>
              <w:rFonts w:ascii="MS Gothic" w:eastAsia="MS Gothic" w:hAnsi="MS Gothic" w:cs="Segoe UI Symbol" w:hint="eastAsia"/>
              <w:sz w:val="28"/>
              <w:szCs w:val="28"/>
            </w:rPr>
            <w:t>☐</w:t>
          </w:r>
        </w:sdtContent>
      </w:sdt>
      <w:r w:rsidR="00CF42A8" w:rsidRPr="00CF42A8">
        <w:t xml:space="preserve"> jestem mieszkańcem Bielska-Białej</w:t>
      </w:r>
    </w:p>
    <w:p w14:paraId="2C3D051B" w14:textId="4D8942A5" w:rsidR="00CF42A8" w:rsidRPr="00CF42A8" w:rsidRDefault="00000000" w:rsidP="00CF42A8">
      <w:sdt>
        <w:sdtPr>
          <w:rPr>
            <w:sz w:val="28"/>
            <w:szCs w:val="28"/>
          </w:rPr>
          <w:id w:val="-1522694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80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71809">
        <w:rPr>
          <w:sz w:val="28"/>
          <w:szCs w:val="28"/>
        </w:rPr>
        <w:t xml:space="preserve"> </w:t>
      </w:r>
      <w:r w:rsidR="00CF42A8" w:rsidRPr="00CF42A8">
        <w:t>reprezentuj</w:t>
      </w:r>
      <w:r w:rsidR="00CF42A8" w:rsidRPr="00CF42A8">
        <w:rPr>
          <w:rFonts w:ascii="Cambria" w:hAnsi="Cambria" w:cs="Cambria"/>
        </w:rPr>
        <w:t>ę</w:t>
      </w:r>
      <w:r w:rsidR="00CF42A8" w:rsidRPr="00CF42A8">
        <w:t xml:space="preserve"> organizacj</w:t>
      </w:r>
      <w:r w:rsidR="00CF42A8" w:rsidRPr="00CF42A8">
        <w:rPr>
          <w:rFonts w:ascii="Cambria" w:hAnsi="Cambria" w:cs="Cambria"/>
        </w:rPr>
        <w:t>ę</w:t>
      </w:r>
      <w:r w:rsidR="00CF42A8" w:rsidRPr="00CF42A8">
        <w:t xml:space="preserve"> pozarz</w:t>
      </w:r>
      <w:r w:rsidR="00CF42A8" w:rsidRPr="00CF42A8">
        <w:rPr>
          <w:rFonts w:ascii="Cambria" w:hAnsi="Cambria" w:cs="Cambria"/>
        </w:rPr>
        <w:t>ą</w:t>
      </w:r>
      <w:r w:rsidR="00CF42A8" w:rsidRPr="00CF42A8">
        <w:t>dow</w:t>
      </w:r>
      <w:r w:rsidR="00CF42A8" w:rsidRPr="00CF42A8">
        <w:rPr>
          <w:rFonts w:ascii="Cambria" w:hAnsi="Cambria" w:cs="Cambria"/>
        </w:rPr>
        <w:t>ą</w:t>
      </w:r>
      <w:r w:rsidR="00CF42A8" w:rsidRPr="00CF42A8">
        <w:t xml:space="preserve"> / podmiot, o kt</w:t>
      </w:r>
      <w:r w:rsidR="00CF42A8" w:rsidRPr="00CF42A8">
        <w:rPr>
          <w:rFonts w:ascii="Cambria" w:hAnsi="Cambria" w:cs="Cambria"/>
        </w:rPr>
        <w:t>ó</w:t>
      </w:r>
      <w:r w:rsidR="00CF42A8" w:rsidRPr="00CF42A8">
        <w:t>rym mowa w art. 3 ust. 3 ustawy o dzia</w:t>
      </w:r>
      <w:r w:rsidR="00CF42A8" w:rsidRPr="00CF42A8">
        <w:rPr>
          <w:rFonts w:ascii="Cambria" w:hAnsi="Cambria" w:cs="Cambria"/>
        </w:rPr>
        <w:t>ł</w:t>
      </w:r>
      <w:r w:rsidR="00CF42A8" w:rsidRPr="00CF42A8">
        <w:t>alno</w:t>
      </w:r>
      <w:r w:rsidR="00CF42A8" w:rsidRPr="00CF42A8">
        <w:rPr>
          <w:rFonts w:ascii="Cambria" w:hAnsi="Cambria" w:cs="Cambria"/>
        </w:rPr>
        <w:t>ś</w:t>
      </w:r>
      <w:r w:rsidR="00CF42A8" w:rsidRPr="00CF42A8">
        <w:t>ci po</w:t>
      </w:r>
      <w:r w:rsidR="00CF42A8" w:rsidRPr="00CF42A8">
        <w:rPr>
          <w:rFonts w:ascii="Cambria" w:hAnsi="Cambria" w:cs="Cambria"/>
        </w:rPr>
        <w:t>ż</w:t>
      </w:r>
      <w:r w:rsidR="00CF42A8" w:rsidRPr="00CF42A8">
        <w:t>ytku publicznego i wolontariacie</w:t>
      </w:r>
    </w:p>
    <w:p w14:paraId="2CBA4FC1" w14:textId="77777777" w:rsidR="007611A1" w:rsidRDefault="007611A1" w:rsidP="00CF42A8"/>
    <w:p w14:paraId="30A796B2" w14:textId="349071A5" w:rsidR="00CF42A8" w:rsidRPr="00967F02" w:rsidRDefault="007611A1" w:rsidP="00CF42A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CF42A8" w:rsidRPr="00967F02">
        <w:rPr>
          <w:b/>
          <w:bCs/>
          <w:sz w:val="22"/>
          <w:szCs w:val="22"/>
        </w:rPr>
        <w:t xml:space="preserve">. Dane organizacji (tylko </w:t>
      </w:r>
      <w:r w:rsidR="003B6F88">
        <w:rPr>
          <w:b/>
          <w:bCs/>
          <w:sz w:val="22"/>
          <w:szCs w:val="22"/>
        </w:rPr>
        <w:t>dla</w:t>
      </w:r>
      <w:r w:rsidR="00CF42A8" w:rsidRPr="00967F02">
        <w:rPr>
          <w:b/>
          <w:bCs/>
          <w:sz w:val="22"/>
          <w:szCs w:val="22"/>
        </w:rPr>
        <w:t xml:space="preserve"> </w:t>
      </w:r>
      <w:r w:rsidR="003B6F88">
        <w:rPr>
          <w:b/>
          <w:bCs/>
          <w:sz w:val="22"/>
          <w:szCs w:val="22"/>
        </w:rPr>
        <w:t xml:space="preserve">osób reprezentujących </w:t>
      </w:r>
      <w:r w:rsidR="00CF42A8" w:rsidRPr="00967F02">
        <w:rPr>
          <w:b/>
          <w:bCs/>
          <w:sz w:val="22"/>
          <w:szCs w:val="22"/>
        </w:rPr>
        <w:t>organizacj</w:t>
      </w:r>
      <w:r w:rsidR="003B6F88">
        <w:rPr>
          <w:b/>
          <w:bCs/>
          <w:sz w:val="22"/>
          <w:szCs w:val="22"/>
        </w:rPr>
        <w:t>ę</w:t>
      </w:r>
      <w:r w:rsidR="00CF42A8" w:rsidRPr="00967F02">
        <w:rPr>
          <w:b/>
          <w:bCs/>
          <w:sz w:val="22"/>
          <w:szCs w:val="22"/>
        </w:rPr>
        <w:t>)</w:t>
      </w:r>
    </w:p>
    <w:p w14:paraId="284D076D" w14:textId="36B94C56" w:rsidR="00CF42A8" w:rsidRPr="00CF42A8" w:rsidRDefault="00CF42A8" w:rsidP="00CF42A8">
      <w:r w:rsidRPr="00CF42A8">
        <w:t>Nazwa organizacji:</w:t>
      </w:r>
      <w:r w:rsidRPr="00CF42A8">
        <w:br/>
      </w:r>
    </w:p>
    <w:p w14:paraId="0E265208" w14:textId="5252F23E" w:rsidR="00CF42A8" w:rsidRPr="00967F02" w:rsidRDefault="007611A1" w:rsidP="00CF42A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</w:t>
      </w:r>
      <w:r w:rsidR="00CF42A8" w:rsidRPr="00967F02">
        <w:rPr>
          <w:b/>
          <w:bCs/>
          <w:sz w:val="22"/>
          <w:szCs w:val="22"/>
        </w:rPr>
        <w:t>. Treść opinii / uwagi</w:t>
      </w:r>
      <w:r w:rsidR="00056A6D" w:rsidRPr="00967F02">
        <w:rPr>
          <w:b/>
          <w:bCs/>
          <w:sz w:val="22"/>
          <w:szCs w:val="22"/>
        </w:rPr>
        <w:t xml:space="preserve"> (pole można dowolnie powiększać)</w:t>
      </w:r>
    </w:p>
    <w:tbl>
      <w:tblPr>
        <w:tblStyle w:val="Tabela-Siatka"/>
        <w:tblW w:w="8644" w:type="dxa"/>
        <w:tblLook w:val="04A0" w:firstRow="1" w:lastRow="0" w:firstColumn="1" w:lastColumn="0" w:noHBand="0" w:noVBand="1"/>
      </w:tblPr>
      <w:tblGrid>
        <w:gridCol w:w="8644"/>
      </w:tblGrid>
      <w:tr w:rsidR="002B57F9" w14:paraId="09AF2EDE" w14:textId="77777777" w:rsidTr="002D3CD4">
        <w:trPr>
          <w:trHeight w:val="3613"/>
        </w:trPr>
        <w:tc>
          <w:tcPr>
            <w:tcW w:w="8644" w:type="dxa"/>
          </w:tcPr>
          <w:p w14:paraId="41EF0568" w14:textId="77777777" w:rsidR="002B57F9" w:rsidRDefault="002B57F9" w:rsidP="00CF42A8"/>
        </w:tc>
      </w:tr>
    </w:tbl>
    <w:p w14:paraId="3AD2626E" w14:textId="4835EB8A" w:rsidR="006870E0" w:rsidRPr="00CF42A8" w:rsidRDefault="006870E0" w:rsidP="00CF42A8"/>
    <w:sectPr w:rsidR="006870E0" w:rsidRPr="00CF42A8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Borders w:offsetFrom="page">
        <w:top w:val="single" w:sz="72" w:space="0" w:color="6AA84F"/>
        <w:left w:val="single" w:sz="72" w:space="0" w:color="E69138"/>
        <w:bottom w:val="single" w:sz="72" w:space="0" w:color="6AA84F"/>
        <w:right w:val="single" w:sz="72" w:space="0" w:color="E6913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375FD" w14:textId="77777777" w:rsidR="00C35251" w:rsidRPr="00E40DE3" w:rsidRDefault="00C35251">
      <w:pPr>
        <w:spacing w:after="0" w:line="240" w:lineRule="auto"/>
      </w:pPr>
      <w:r w:rsidRPr="00E40DE3">
        <w:separator/>
      </w:r>
    </w:p>
  </w:endnote>
  <w:endnote w:type="continuationSeparator" w:id="0">
    <w:p w14:paraId="1FA1BC6C" w14:textId="77777777" w:rsidR="00C35251" w:rsidRPr="00E40DE3" w:rsidRDefault="00C35251">
      <w:pPr>
        <w:spacing w:after="0" w:line="240" w:lineRule="auto"/>
      </w:pPr>
      <w:r w:rsidRPr="00E40DE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68A8" w14:textId="6D659435" w:rsidR="00061EDC" w:rsidRPr="00E40DE3" w:rsidRDefault="00061EDC" w:rsidP="00061EDC">
    <w:pPr>
      <w:jc w:val="center"/>
    </w:pPr>
  </w:p>
  <w:p w14:paraId="3F40F85F" w14:textId="18BE3B38" w:rsidR="008D73D9" w:rsidRPr="00E40DE3" w:rsidRDefault="00061EDC">
    <w:pPr>
      <w:jc w:val="center"/>
    </w:pPr>
    <w:r w:rsidRPr="00E40DE3">
      <w:rPr>
        <w:noProof/>
      </w:rPr>
      <w:drawing>
        <wp:inline distT="0" distB="0" distL="0" distR="0" wp14:anchorId="54F287A5" wp14:editId="0B5C3FBA">
          <wp:extent cx="1476375" cy="476250"/>
          <wp:effectExtent l="0" t="0" r="9525" b="0"/>
          <wp:docPr id="1994434961" name="Obraz 1" descr="Obraz zawierający Czcionka, tekst, symbol, biał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434961" name="Obraz 1" descr="Obraz zawierający Czcionka, tekst, symbol, biał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8538FE" w14:textId="358D75D5" w:rsidR="00E16535" w:rsidRPr="00E40DE3" w:rsidRDefault="00000000">
    <w:r w:rsidRPr="00E40DE3">
      <w:rPr>
        <w:rFonts w:ascii="Arial" w:hAnsi="Arial"/>
        <w:sz w:val="16"/>
      </w:rPr>
      <w:br/>
    </w:r>
    <w:r w:rsidRPr="00946ADE">
      <w:rPr>
        <w:rFonts w:ascii="Arial" w:hAnsi="Arial"/>
        <w:b/>
        <w:bCs/>
        <w:sz w:val="16"/>
      </w:rPr>
      <w:t>M</w:t>
    </w:r>
    <w:r w:rsidR="00B517F5" w:rsidRPr="00946ADE">
      <w:rPr>
        <w:rFonts w:ascii="Arial" w:hAnsi="Arial"/>
        <w:b/>
        <w:bCs/>
        <w:sz w:val="16"/>
      </w:rPr>
      <w:t>i</w:t>
    </w:r>
    <w:r w:rsidRPr="00946ADE">
      <w:rPr>
        <w:rFonts w:ascii="Arial" w:hAnsi="Arial"/>
        <w:b/>
        <w:bCs/>
        <w:sz w:val="16"/>
      </w:rPr>
      <w:t>ejsce</w:t>
    </w:r>
    <w:r w:rsidRPr="00E40DE3">
      <w:rPr>
        <w:rFonts w:ascii="Arial" w:hAnsi="Arial"/>
        <w:sz w:val="16"/>
      </w:rPr>
      <w:t>:</w:t>
    </w:r>
    <w:r w:rsidR="007C4DFD" w:rsidRPr="00E40DE3">
      <w:rPr>
        <w:rFonts w:ascii="Arial" w:hAnsi="Arial"/>
        <w:sz w:val="16"/>
      </w:rPr>
      <w:t xml:space="preserve"> </w:t>
    </w:r>
    <w:r w:rsidR="002D3CD4">
      <w:rPr>
        <w:rFonts w:ascii="Arial" w:hAnsi="Arial"/>
        <w:sz w:val="16"/>
      </w:rPr>
      <w:t>Bielsko-Biała</w:t>
    </w:r>
    <w:r w:rsidRPr="00E40DE3">
      <w:rPr>
        <w:rFonts w:ascii="Arial" w:hAnsi="Arial"/>
        <w:sz w:val="16"/>
      </w:rPr>
      <w:br/>
    </w:r>
    <w:r w:rsidRPr="00946ADE">
      <w:rPr>
        <w:rFonts w:ascii="Arial" w:hAnsi="Arial"/>
        <w:b/>
        <w:bCs/>
        <w:sz w:val="16"/>
      </w:rPr>
      <w:t>Data</w:t>
    </w:r>
    <w:r w:rsidRPr="00E40DE3">
      <w:rPr>
        <w:rFonts w:ascii="Arial" w:hAnsi="Arial"/>
        <w:sz w:val="16"/>
      </w:rPr>
      <w:t>:</w:t>
    </w:r>
    <w:r w:rsidR="00442886">
      <w:rPr>
        <w:rFonts w:ascii="Arial" w:hAnsi="Arial"/>
        <w:sz w:val="16"/>
      </w:rPr>
      <w:t xml:space="preserve"> </w:t>
    </w:r>
    <w:r w:rsidR="002D3CD4">
      <w:rPr>
        <w:rFonts w:ascii="Arial" w:hAnsi="Arial"/>
        <w:sz w:val="16"/>
      </w:rPr>
      <w:t>15.06.2026 – 29.06.2026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B6265" w14:textId="77777777" w:rsidR="00C35251" w:rsidRPr="00E40DE3" w:rsidRDefault="00C35251">
      <w:pPr>
        <w:spacing w:after="0" w:line="240" w:lineRule="auto"/>
      </w:pPr>
      <w:r w:rsidRPr="00E40DE3">
        <w:separator/>
      </w:r>
    </w:p>
  </w:footnote>
  <w:footnote w:type="continuationSeparator" w:id="0">
    <w:p w14:paraId="3717AADF" w14:textId="77777777" w:rsidR="00C35251" w:rsidRPr="00E40DE3" w:rsidRDefault="00C35251">
      <w:pPr>
        <w:spacing w:after="0" w:line="240" w:lineRule="auto"/>
      </w:pPr>
      <w:r w:rsidRPr="00E40DE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D0133" w14:textId="77777777" w:rsidR="008D73D9" w:rsidRPr="00E40DE3" w:rsidRDefault="00000000">
    <w:pPr>
      <w:jc w:val="center"/>
    </w:pPr>
    <w:r w:rsidRPr="00E40DE3">
      <w:rPr>
        <w:noProof/>
      </w:rPr>
      <w:drawing>
        <wp:inline distT="0" distB="0" distL="0" distR="0" wp14:anchorId="477FF027" wp14:editId="122CD293">
          <wp:extent cx="1371600" cy="1046988"/>
          <wp:effectExtent l="0" t="0" r="0" b="0"/>
          <wp:docPr id="1439336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sultacje_społeczne-300x229_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046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E22F33"/>
    <w:multiLevelType w:val="multilevel"/>
    <w:tmpl w:val="F44E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A549CF"/>
    <w:multiLevelType w:val="multilevel"/>
    <w:tmpl w:val="BCF2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016CAD"/>
    <w:multiLevelType w:val="hybridMultilevel"/>
    <w:tmpl w:val="F1EED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7F0A97"/>
    <w:multiLevelType w:val="multilevel"/>
    <w:tmpl w:val="04CC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984355">
    <w:abstractNumId w:val="8"/>
  </w:num>
  <w:num w:numId="2" w16cid:durableId="1913157588">
    <w:abstractNumId w:val="6"/>
  </w:num>
  <w:num w:numId="3" w16cid:durableId="302664635">
    <w:abstractNumId w:val="5"/>
  </w:num>
  <w:num w:numId="4" w16cid:durableId="957107642">
    <w:abstractNumId w:val="4"/>
  </w:num>
  <w:num w:numId="5" w16cid:durableId="626863237">
    <w:abstractNumId w:val="7"/>
  </w:num>
  <w:num w:numId="6" w16cid:durableId="1701584158">
    <w:abstractNumId w:val="3"/>
  </w:num>
  <w:num w:numId="7" w16cid:durableId="387605631">
    <w:abstractNumId w:val="2"/>
  </w:num>
  <w:num w:numId="8" w16cid:durableId="1035691717">
    <w:abstractNumId w:val="1"/>
  </w:num>
  <w:num w:numId="9" w16cid:durableId="1239174240">
    <w:abstractNumId w:val="0"/>
  </w:num>
  <w:num w:numId="10" w16cid:durableId="934434898">
    <w:abstractNumId w:val="12"/>
  </w:num>
  <w:num w:numId="11" w16cid:durableId="585192988">
    <w:abstractNumId w:val="11"/>
  </w:num>
  <w:num w:numId="12" w16cid:durableId="166406685">
    <w:abstractNumId w:val="9"/>
  </w:num>
  <w:num w:numId="13" w16cid:durableId="2972294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84C"/>
    <w:rsid w:val="00020B0B"/>
    <w:rsid w:val="00026A30"/>
    <w:rsid w:val="00034616"/>
    <w:rsid w:val="00037E09"/>
    <w:rsid w:val="000506D9"/>
    <w:rsid w:val="00056A6D"/>
    <w:rsid w:val="0006063C"/>
    <w:rsid w:val="00061EDC"/>
    <w:rsid w:val="000C38EC"/>
    <w:rsid w:val="000C4AA6"/>
    <w:rsid w:val="001017A2"/>
    <w:rsid w:val="001266E7"/>
    <w:rsid w:val="0013090F"/>
    <w:rsid w:val="0013164E"/>
    <w:rsid w:val="0015074B"/>
    <w:rsid w:val="0017120C"/>
    <w:rsid w:val="001A0112"/>
    <w:rsid w:val="001B044B"/>
    <w:rsid w:val="001B3953"/>
    <w:rsid w:val="001E4A7E"/>
    <w:rsid w:val="00214AAB"/>
    <w:rsid w:val="0023178D"/>
    <w:rsid w:val="00232C3A"/>
    <w:rsid w:val="00245DE9"/>
    <w:rsid w:val="00261234"/>
    <w:rsid w:val="0029639D"/>
    <w:rsid w:val="002A2823"/>
    <w:rsid w:val="002B57F9"/>
    <w:rsid w:val="002B5EDF"/>
    <w:rsid w:val="002C0601"/>
    <w:rsid w:val="002C7A3B"/>
    <w:rsid w:val="002C7BDA"/>
    <w:rsid w:val="002D3CD4"/>
    <w:rsid w:val="002E2A0D"/>
    <w:rsid w:val="002F1658"/>
    <w:rsid w:val="002F65F6"/>
    <w:rsid w:val="00326F90"/>
    <w:rsid w:val="00351036"/>
    <w:rsid w:val="00356C9D"/>
    <w:rsid w:val="0037306D"/>
    <w:rsid w:val="00381E76"/>
    <w:rsid w:val="00382BD4"/>
    <w:rsid w:val="00386AFE"/>
    <w:rsid w:val="003A5F12"/>
    <w:rsid w:val="003B6F88"/>
    <w:rsid w:val="003C5F11"/>
    <w:rsid w:val="003D43D5"/>
    <w:rsid w:val="003D6FDA"/>
    <w:rsid w:val="003F0803"/>
    <w:rsid w:val="003F1785"/>
    <w:rsid w:val="00402D10"/>
    <w:rsid w:val="00420D58"/>
    <w:rsid w:val="004344C1"/>
    <w:rsid w:val="00435715"/>
    <w:rsid w:val="00442886"/>
    <w:rsid w:val="004451FE"/>
    <w:rsid w:val="00451FCD"/>
    <w:rsid w:val="0045475C"/>
    <w:rsid w:val="004879A4"/>
    <w:rsid w:val="004927F7"/>
    <w:rsid w:val="004956E8"/>
    <w:rsid w:val="004C1571"/>
    <w:rsid w:val="004C3B0B"/>
    <w:rsid w:val="004D11B4"/>
    <w:rsid w:val="004D6BA6"/>
    <w:rsid w:val="004F716F"/>
    <w:rsid w:val="00510EC6"/>
    <w:rsid w:val="00540F3A"/>
    <w:rsid w:val="005477D7"/>
    <w:rsid w:val="00573C9B"/>
    <w:rsid w:val="00584130"/>
    <w:rsid w:val="005B095A"/>
    <w:rsid w:val="005B41C6"/>
    <w:rsid w:val="005B598B"/>
    <w:rsid w:val="005B6200"/>
    <w:rsid w:val="005D3DE1"/>
    <w:rsid w:val="005F0D60"/>
    <w:rsid w:val="00613C1C"/>
    <w:rsid w:val="0062560E"/>
    <w:rsid w:val="0062603E"/>
    <w:rsid w:val="00633E69"/>
    <w:rsid w:val="006416F1"/>
    <w:rsid w:val="006738BB"/>
    <w:rsid w:val="00682159"/>
    <w:rsid w:val="006870E0"/>
    <w:rsid w:val="006B2FD8"/>
    <w:rsid w:val="006D41F1"/>
    <w:rsid w:val="006E69CE"/>
    <w:rsid w:val="006F00E4"/>
    <w:rsid w:val="006F55A1"/>
    <w:rsid w:val="00744032"/>
    <w:rsid w:val="007611A1"/>
    <w:rsid w:val="0079697A"/>
    <w:rsid w:val="007A081A"/>
    <w:rsid w:val="007A5C78"/>
    <w:rsid w:val="007C4DFD"/>
    <w:rsid w:val="007D2F5F"/>
    <w:rsid w:val="007D48E8"/>
    <w:rsid w:val="007D56C4"/>
    <w:rsid w:val="007E3278"/>
    <w:rsid w:val="007E4BD7"/>
    <w:rsid w:val="007E7D76"/>
    <w:rsid w:val="00815B6E"/>
    <w:rsid w:val="00840ED0"/>
    <w:rsid w:val="00862A01"/>
    <w:rsid w:val="00883D3F"/>
    <w:rsid w:val="008907BA"/>
    <w:rsid w:val="00892CE2"/>
    <w:rsid w:val="008961B5"/>
    <w:rsid w:val="008A4785"/>
    <w:rsid w:val="008B2096"/>
    <w:rsid w:val="008C0A8A"/>
    <w:rsid w:val="008C3C6D"/>
    <w:rsid w:val="008D73D9"/>
    <w:rsid w:val="008E4C63"/>
    <w:rsid w:val="009055BC"/>
    <w:rsid w:val="00922338"/>
    <w:rsid w:val="009263CA"/>
    <w:rsid w:val="009438DA"/>
    <w:rsid w:val="00946ADE"/>
    <w:rsid w:val="0095011B"/>
    <w:rsid w:val="00952FD4"/>
    <w:rsid w:val="00963073"/>
    <w:rsid w:val="00963579"/>
    <w:rsid w:val="00967F02"/>
    <w:rsid w:val="009706C3"/>
    <w:rsid w:val="009A6FCC"/>
    <w:rsid w:val="009F42F0"/>
    <w:rsid w:val="00A02926"/>
    <w:rsid w:val="00A12ED2"/>
    <w:rsid w:val="00A21FEE"/>
    <w:rsid w:val="00A46B13"/>
    <w:rsid w:val="00A60988"/>
    <w:rsid w:val="00A610C2"/>
    <w:rsid w:val="00A64F31"/>
    <w:rsid w:val="00A843C2"/>
    <w:rsid w:val="00A900B9"/>
    <w:rsid w:val="00A91559"/>
    <w:rsid w:val="00A93607"/>
    <w:rsid w:val="00A96802"/>
    <w:rsid w:val="00AA109E"/>
    <w:rsid w:val="00AA1D8D"/>
    <w:rsid w:val="00AA42FD"/>
    <w:rsid w:val="00AB604A"/>
    <w:rsid w:val="00AD2CCF"/>
    <w:rsid w:val="00AE5511"/>
    <w:rsid w:val="00B033CF"/>
    <w:rsid w:val="00B23C3C"/>
    <w:rsid w:val="00B33C6F"/>
    <w:rsid w:val="00B35C82"/>
    <w:rsid w:val="00B47730"/>
    <w:rsid w:val="00B517F5"/>
    <w:rsid w:val="00B57774"/>
    <w:rsid w:val="00B6664A"/>
    <w:rsid w:val="00B73136"/>
    <w:rsid w:val="00BA0287"/>
    <w:rsid w:val="00BA7B0A"/>
    <w:rsid w:val="00BB15D3"/>
    <w:rsid w:val="00BD29C7"/>
    <w:rsid w:val="00BE7B62"/>
    <w:rsid w:val="00C135C3"/>
    <w:rsid w:val="00C1798F"/>
    <w:rsid w:val="00C24874"/>
    <w:rsid w:val="00C32BA3"/>
    <w:rsid w:val="00C33745"/>
    <w:rsid w:val="00C35251"/>
    <w:rsid w:val="00CA1D62"/>
    <w:rsid w:val="00CA2CC9"/>
    <w:rsid w:val="00CB0664"/>
    <w:rsid w:val="00CB3345"/>
    <w:rsid w:val="00CB682C"/>
    <w:rsid w:val="00CB7FEA"/>
    <w:rsid w:val="00CC3912"/>
    <w:rsid w:val="00CD5179"/>
    <w:rsid w:val="00CE0BB5"/>
    <w:rsid w:val="00CF42A8"/>
    <w:rsid w:val="00D0306B"/>
    <w:rsid w:val="00D06433"/>
    <w:rsid w:val="00D33CAB"/>
    <w:rsid w:val="00D46EB2"/>
    <w:rsid w:val="00D514EC"/>
    <w:rsid w:val="00D57CEF"/>
    <w:rsid w:val="00D60BEB"/>
    <w:rsid w:val="00D8047F"/>
    <w:rsid w:val="00E11AD6"/>
    <w:rsid w:val="00E16535"/>
    <w:rsid w:val="00E1750D"/>
    <w:rsid w:val="00E17F19"/>
    <w:rsid w:val="00E3478F"/>
    <w:rsid w:val="00E40DE3"/>
    <w:rsid w:val="00E46C5F"/>
    <w:rsid w:val="00E62C2D"/>
    <w:rsid w:val="00E651ED"/>
    <w:rsid w:val="00E97F87"/>
    <w:rsid w:val="00EA321A"/>
    <w:rsid w:val="00EC2B30"/>
    <w:rsid w:val="00EE4C9F"/>
    <w:rsid w:val="00F130EA"/>
    <w:rsid w:val="00F216B7"/>
    <w:rsid w:val="00F24968"/>
    <w:rsid w:val="00F361C5"/>
    <w:rsid w:val="00F67B07"/>
    <w:rsid w:val="00F71461"/>
    <w:rsid w:val="00F71809"/>
    <w:rsid w:val="00F72F9D"/>
    <w:rsid w:val="00F75C4B"/>
    <w:rsid w:val="00F857DC"/>
    <w:rsid w:val="00FB6214"/>
    <w:rsid w:val="00FC693F"/>
    <w:rsid w:val="00FD0BC9"/>
    <w:rsid w:val="00FD6A4D"/>
    <w:rsid w:val="00F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BA5252"/>
  <w14:defaultImageDpi w14:val="330"/>
  <w15:docId w15:val="{1B92B313-F300-42AE-9148-5058B317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3C6D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70E0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870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870E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870E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6870E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6870E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870E0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6870E0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6870E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6870E0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870E0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870E0"/>
    <w:rPr>
      <w:caps/>
      <w:color w:val="404040" w:themeColor="text1" w:themeTint="BF"/>
      <w:spacing w:val="20"/>
      <w:sz w:val="28"/>
      <w:szCs w:val="28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6870E0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870E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70E0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870E0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870E0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870E0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70E0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870E0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6870E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870E0"/>
    <w:rPr>
      <w:b/>
      <w:bCs/>
    </w:rPr>
  </w:style>
  <w:style w:type="character" w:styleId="Uwydatnienie">
    <w:name w:val="Emphasis"/>
    <w:basedOn w:val="Domylnaczcionkaakapitu"/>
    <w:uiPriority w:val="20"/>
    <w:qFormat/>
    <w:rsid w:val="006870E0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870E0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870E0"/>
    <w:rPr>
      <w:rFonts w:asciiTheme="majorHAnsi" w:eastAsiaTheme="majorEastAsia" w:hAnsiTheme="majorHAnsi" w:cstheme="majorBidi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6870E0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6870E0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Odwoaniedelikatne">
    <w:name w:val="Subtle Reference"/>
    <w:basedOn w:val="Domylnaczcionkaakapitu"/>
    <w:uiPriority w:val="31"/>
    <w:qFormat/>
    <w:rsid w:val="006870E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6870E0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6870E0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70E0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6870E0"/>
    <w:pPr>
      <w:spacing w:after="0" w:line="240" w:lineRule="auto"/>
    </w:pPr>
    <w:rPr>
      <w:rFonts w:eastAsia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C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A5C7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A5C7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5C7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A5C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Patrycjusz Hola</cp:lastModifiedBy>
  <cp:revision>74</cp:revision>
  <cp:lastPrinted>2026-04-20T11:05:00Z</cp:lastPrinted>
  <dcterms:created xsi:type="dcterms:W3CDTF">2025-07-16T11:13:00Z</dcterms:created>
  <dcterms:modified xsi:type="dcterms:W3CDTF">2026-06-09T09:39:00Z</dcterms:modified>
  <cp:category/>
</cp:coreProperties>
</file>